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КРАТКОСРОЧНОЙ АРЕНДЫ НЕЖИЛОГО ПОМЕЩЕНИЯ</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краткосрочное использование помещения.</w:t>
      </w:r>
    </w:p>
    <w:p>
      <w:pPr>
        <w:spacing w:after="60"/>
        <w:jc w:val="left"/>
      </w:pPr>
      <w:r>
        <w:t>2.2. адрес: ______________________________________________________________</w:t>
      </w:r>
    </w:p>
    <w:p>
      <w:pPr>
        <w:spacing w:after="60"/>
        <w:jc w:val="left"/>
      </w:pPr>
      <w:r>
        <w:t>2.3. кадастровый номер: ______________________; площадь: ________ кв. м</w:t>
      </w:r>
    </w:p>
    <w:p>
      <w:pPr>
        <w:spacing w:after="60"/>
        <w:jc w:val="left"/>
      </w:pPr>
      <w:r>
        <w:t>2.4. этаж/номер на поэтажном плане: ______________________________________</w:t>
      </w:r>
    </w:p>
    <w:p>
      <w:pPr>
        <w:spacing w:after="60"/>
        <w:jc w:val="left"/>
      </w:pPr>
      <w:r>
        <w:t>2.5. назначение и разрешённое использование: ______________________________</w:t>
      </w:r>
    </w:p>
    <w:p>
      <w:pPr>
        <w:jc w:val="both"/>
      </w:pPr>
      <w:r>
        <w:t>2.6.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2.7. Право передающей стороны подтверждается записью ЕГРН № __________ от __________; документ-основание: __________________.</w:t>
      </w:r>
    </w:p>
    <w:p>
      <w:pPr>
        <w:spacing w:after="60"/>
        <w:jc w:val="left"/>
      </w:pPr>
      <w:r>
        <w:t>2.8.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jc w:val="both"/>
      </w:pPr>
      <w:r>
        <w:t>3.7. Автоматическое продление не применяется, если стороны письменно не согласовали иное до окончания срока.</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Для аренды здания/помещения согласованный размер платы является существенным условием; плата за пользование необходимой частью земельного участка учитывается так: __________________.</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jc w:val="both"/>
      </w:pPr>
      <w:r>
        <w:t>8.2. Продолжение пользования после окончания срока при отсутствии возражений арендодателя может повлечь возобновление аренды на неопределённый срок по статье 621 ГК РФ. До окончания срока стороны письменно фиксируют возврат объекта либо новые условия и отдельно проверяют требования к регистрации.</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краткосрочной аренды нежилого помещения</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