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КОМНАТЫ ДЛЯ ПРОЖИВАНИЯ СОТРУДНИКОВ</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проживание работников арендатора.</w:t>
      </w:r>
    </w:p>
    <w:p>
      <w:pPr>
        <w:spacing w:after="60"/>
        <w:jc w:val="left"/>
      </w:pPr>
      <w:r>
        <w:t>2.2. адрес жилого помещения: ____________________________________________</w:t>
      </w:r>
    </w:p>
    <w:p>
      <w:pPr>
        <w:spacing w:after="60"/>
        <w:jc w:val="left"/>
      </w:pPr>
      <w:r>
        <w:t>2.3. комната №/описание: __________________; площадь комнаты: ________ кв. м</w:t>
      </w:r>
    </w:p>
    <w:p>
      <w:pPr>
        <w:spacing w:after="60"/>
        <w:jc w:val="left"/>
      </w:pPr>
      <w:r>
        <w:t>2.4. кадастровый номер помещения (при наличии): __________________________</w:t>
      </w:r>
    </w:p>
    <w:p>
      <w:pPr>
        <w:spacing w:after="60"/>
        <w:jc w:val="left"/>
      </w:pPr>
      <w:r>
        <w:t>2.5. статус: изолированное жилое помещение, пригодное для постоянного проживания; подтверждающие сведения: __________________________</w:t>
      </w:r>
    </w:p>
    <w:p>
      <w:pPr>
        <w:spacing w:after="60"/>
        <w:jc w:val="left"/>
      </w:pPr>
      <w:r>
        <w:t>2.6. общие зоны, доступные пользователю: _________________________________</w:t>
      </w:r>
    </w:p>
    <w:p>
      <w:pPr>
        <w:jc w:val="both"/>
      </w:pPr>
      <w:r>
        <w:t>2.7.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2.8. Право передающей стороны подтверждается записью ЕГРН № __________ от __________; документ-основание: __________________.</w:t>
      </w:r>
    </w:p>
    <w:p>
      <w:pPr>
        <w:spacing w:after="60"/>
        <w:jc w:val="left"/>
      </w:pPr>
      <w:r>
        <w:t>2.9.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здания или помещения, заключённый на срок не менее года, подлежит государственной регистрации и считается заключённым с момента такой регистрации. Для иных объектов стороны применяют правила о форме и регистрации, установленные законом для соответствующего объекта.</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использует жилое помещение только для проживания граждан, перечисленных в приложении, и отвечает перед арендодателем за соблюдение ими договора.</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Без предварительного письменного согласия арендодателя арендатор не вправе передавать объект или его часть в субаренду, передавать права и обязанности по договору, предоставлять объект в безвозмездное пользование, передавать арендные права в залог или вклад, если применимый закон прямо не устанавливает иной режим. Срок субаренды не превышает срок основного договора; арендатор остаётся ответственным перед арендодателем.</w:t>
      </w:r>
    </w:p>
    <w:p>
      <w:pPr>
        <w:jc w:val="both"/>
      </w:pPr>
      <w:r>
        <w:t>8.2. Пользование кухней, санузлом, коридором и иными общими зонами осуществляется по правилам приложения; эти правила не могут противоречить обязательным нормам и правам других жильцов.</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комнаты для проживания сотрудников</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