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ЖИЛОГО ПОМЕЩЕНИЯ</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работников арендатора.</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использует жилое помещение только для проживания граждан, перечисленных в приложении, и отвечает перед арендодателем за соблюдение ими договора.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жилого помещения</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