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>ОБРАЗЕЦ ДЛЯ САМОСТОЯТЕЛЬНОГО ЗАПОЛНЕНИЯ</w:t>
      </w:r>
    </w:p>
    <w:p>
      <w:pPr>
        <w:pStyle w:val="Title"/>
        <w:jc w:val="center"/>
      </w:pPr>
      <w:r>
        <w:rPr>
          <w:rFonts w:ascii="Times New Roman" w:hAnsi="Times New Roman" w:eastAsia="Times New Roman" w:cs="Times New Roman"/>
          <w:b/>
          <w:color w:val="182536"/>
          <w:sz w:val="32"/>
        </w:rPr>
        <w:t>ОПИСЬ ИМУЩЕСТВА</w:t>
      </w:r>
    </w:p>
    <w:p>
      <w:pPr>
        <w:spacing w:after="180"/>
        <w:jc w:val="center"/>
      </w:pPr>
      <w:r>
        <w:rPr>
          <w:rFonts w:ascii="Times New Roman" w:hAnsi="Times New Roman" w:eastAsia="Times New Roman" w:cs="Times New Roman"/>
          <w:color w:val="586265"/>
          <w:sz w:val="20"/>
        </w:rPr>
        <w:t>приложение к договору и акту приёма-передачи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г. 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right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20"/>
              </w:rPr>
              <w:t>«___» __________ 20___ г.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1. Участники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318"/>
      </w:tblGrid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Передающая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  <w:tr>
        <w:tc>
          <w:tcPr>
            <w:tcW w:type="dxa" w:w="2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Принимающая сторона</w:t>
            </w:r>
          </w:p>
        </w:tc>
        <w:tc>
          <w:tcPr>
            <w:tcW w:type="dxa" w:w="73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наименование: ______________________________________________</w:t>
              <w:br/>
              <w:t>Документ / ОГРН, ИНН: _______________________________________________</w:t>
              <w:br/>
              <w:t>Представитель и основание полномочий: 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2. Объект и основание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518"/>
      </w:tblGrid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Объект и адрес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Договор / основной акт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Дата и время осмотра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__________________________________________________</w:t>
            </w:r>
          </w:p>
        </w:tc>
      </w:tr>
      <w:tr>
        <w:tc>
          <w:tcPr>
            <w:tcW w:type="dxa" w:w="300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Фотоархив / ссылка / носитель</w:t>
            </w:r>
          </w:p>
        </w:tc>
        <w:tc>
          <w:tcPr>
            <w:tcW w:type="dxa" w:w="65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____________________________________________</w:t>
            </w:r>
          </w:p>
        </w:tc>
      </w:tr>
    </w:tbl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Стороны совместно перечислили имущество, фактически находящееся в объекте на дату передачи, и зафиксировали его комплектность и видимое состояние.</w:t>
      </w:r>
    </w:p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3. Перечень имущества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CCD6D7"/>
          <w:start w:val="single" w:sz="4" w:space="0" w:color="CCD6D7"/>
          <w:bottom w:val="single" w:sz="4" w:space="0" w:color="CCD6D7"/>
          <w:end w:val="single" w:sz="4" w:space="0" w:color="CCD6D7"/>
          <w:insideH w:val="single" w:sz="4" w:space="0" w:color="CCD6D7"/>
          <w:insideV w:val="single" w:sz="4" w:space="0" w:color="CCD6D7"/>
        </w:tblBorders>
      </w:tblPr>
      <w:tblGrid>
        <w:gridCol w:w="700"/>
        <w:gridCol w:w="3400"/>
        <w:gridCol w:w="1200"/>
        <w:gridCol w:w="4218"/>
      </w:tblGrid>
      <w:tr>
        <w:trPr>
          <w:tblHeader w:val="true"/>
        </w:trP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№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Наименование, марка, модель</w:t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Кол-во</w:t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shd w:fill="DDE9E8"/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7"/>
              </w:rPr>
              <w:t>Состояние, дефекты, серийный номер</w:t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2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3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4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5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6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7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8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9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10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11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12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13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14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15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  <w:tr>
        <w:tc>
          <w:tcPr>
            <w:tcW w:type="dxa" w:w="7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t>16</w:t>
            </w:r>
          </w:p>
        </w:tc>
        <w:tc>
          <w:tcPr>
            <w:tcW w:type="dxa" w:w="34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120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  <w:tc>
          <w:tcPr>
            <w:tcW w:type="dxa" w:w="421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7"/>
              </w:rPr>
              <w:br/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4. Подтверждения и приложения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4.1. </w:t>
      </w:r>
      <w:r>
        <w:rPr>
          <w:rFonts w:ascii="Times New Roman" w:hAnsi="Times New Roman" w:eastAsia="Times New Roman" w:cs="Times New Roman"/>
          <w:color w:val="182536"/>
          <w:sz w:val="20"/>
        </w:rPr>
        <w:t>Оценочная стоимость указывается только по соглашению сторон и сама по себе не доказывает размер последующего ущерба.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4.2. </w:t>
      </w:r>
      <w:r>
        <w:rPr>
          <w:rFonts w:ascii="Times New Roman" w:hAnsi="Times New Roman" w:eastAsia="Times New Roman" w:cs="Times New Roman"/>
          <w:color w:val="182536"/>
          <w:sz w:val="20"/>
        </w:rPr>
        <w:t>Для техники рекомендуется указать модель, серийный номер, комплектность и результат проверки включения.</w:t>
      </w:r>
    </w:p>
    <w:p>
      <w:pPr>
        <w:spacing w:after="80"/>
        <w:ind w:left="340" w:hanging="340"/>
      </w:pPr>
      <w:r>
        <w:rPr>
          <w:rFonts w:ascii="Times New Roman" w:hAnsi="Times New Roman" w:eastAsia="Times New Roman" w:cs="Times New Roman"/>
          <w:b/>
          <w:color w:val="182536"/>
          <w:sz w:val="20"/>
        </w:rPr>
        <w:t xml:space="preserve">4.3. </w:t>
      </w:r>
      <w:r>
        <w:rPr>
          <w:rFonts w:ascii="Times New Roman" w:hAnsi="Times New Roman" w:eastAsia="Times New Roman" w:cs="Times New Roman"/>
          <w:color w:val="182536"/>
          <w:sz w:val="20"/>
        </w:rPr>
        <w:t>Нормальный износ, исходные дефекты и расходные материалы описываются отдельно.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D7DEDF"/>
          <w:start w:val="single" w:sz="4" w:space="0" w:color="D7DEDF"/>
          <w:bottom w:val="single" w:sz="4" w:space="0" w:color="D7DEDF"/>
          <w:end w:val="single" w:sz="4" w:space="0" w:color="D7DEDF"/>
          <w:insideH w:val="single" w:sz="4" w:space="0" w:color="D7DEDF"/>
          <w:insideV w:val="single" w:sz="4" w:space="0" w:color="D7DEDF"/>
        </w:tblBorders>
      </w:tblPr>
      <w:tblGrid>
        <w:gridCol w:w="2750"/>
        <w:gridCol w:w="6768"/>
      </w:tblGrid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Фото / видео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нет  □ да, количество файлов ______; описание носителя / ссылки 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Иные приложения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________________________________________________________________________________</w:t>
            </w:r>
          </w:p>
        </w:tc>
      </w:tr>
      <w:tr>
        <w:tc>
          <w:tcPr>
            <w:tcW w:type="dxa" w:w="2750"/>
            <w:tcMar>
              <w:top w:w="90" w:type="dxa"/>
              <w:start w:w="120" w:type="dxa"/>
              <w:bottom w:w="90" w:type="dxa"/>
              <w:end w:w="120" w:type="dxa"/>
            </w:tcMar>
            <w:shd w:fill="F1F4F4"/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8"/>
              </w:rPr>
              <w:t>Разногласия</w:t>
            </w:r>
          </w:p>
        </w:tc>
        <w:tc>
          <w:tcPr>
            <w:tcW w:type="dxa" w:w="676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8"/>
              </w:rPr>
              <w:t>□ отсутствуют  □ изложены здесь / в приложении: __________________________________________</w:t>
            </w:r>
          </w:p>
        </w:tc>
      </w:tr>
    </w:tbl>
    <w:p>
      <w:pPr>
        <w:pStyle w:val="Heading1"/>
        <w:jc w:val="left"/>
      </w:pPr>
      <w:r>
        <w:rPr>
          <w:rFonts w:ascii="Times New Roman" w:hAnsi="Times New Roman" w:eastAsia="Times New Roman" w:cs="Times New Roman"/>
          <w:b/>
          <w:color w:val="182536"/>
          <w:sz w:val="24"/>
        </w:rPr>
        <w:t>5. Подписи</w:t>
      </w:r>
    </w:p>
    <w:p>
      <w:pPr>
        <w:keepLines/>
        <w:jc w:val="both"/>
      </w:pPr>
      <w:r>
        <w:rPr>
          <w:rFonts w:ascii="Times New Roman" w:hAnsi="Times New Roman" w:eastAsia="Times New Roman" w:cs="Times New Roman"/>
          <w:color w:val="182536"/>
          <w:sz w:val="21"/>
        </w:rPr>
        <w:t>Документ составлен в ______ экземплярах. Каждая подписавшая сторона получила экземпляр акта и указанных в нём приложений.</w:t>
      </w:r>
    </w:p>
    <w:tbl>
      <w:tblPr>
        <w:tblW w:type="dxa" w:w="9518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759"/>
        <w:gridCol w:w="4759"/>
      </w:tblGrid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Передающая сторона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DDE9E8"/>
          </w:tcPr>
          <w:p>
            <w:pPr>
              <w:spacing w:before="0" w:after="0" w:line="252" w:lineRule="auto"/>
              <w:jc w:val="center"/>
            </w:pPr>
            <w:r>
              <w:rPr>
                <w:rFonts w:ascii="Times New Roman" w:hAnsi="Times New Roman" w:eastAsia="Times New Roman" w:cs="Times New Roman"/>
                <w:b/>
                <w:color w:val="182536"/>
                <w:sz w:val="19"/>
              </w:rPr>
              <w:t>Принимающая сторона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Ф.И.О. / представитель:</w:t>
              <w:br/>
              <w:t>_________________________________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Подпись: ______________________</w:t>
            </w:r>
          </w:p>
        </w:tc>
      </w:tr>
      <w:tr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  <w:tc>
          <w:tcPr>
            <w:tcW w:type="dxa" w:w="475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before="0" w:after="0" w:line="252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182536"/>
                <w:sz w:val="19"/>
              </w:rPr>
              <w:t>Дата / время: _________________</w:t>
            </w:r>
          </w:p>
        </w:tc>
      </w:tr>
    </w:tbl>
    <w:p>
      <w:pPr>
        <w:spacing w:before="160" w:after="0"/>
        <w:jc w:val="both"/>
      </w:pPr>
      <w:r>
        <w:rPr>
          <w:rFonts w:ascii="Times New Roman" w:hAnsi="Times New Roman" w:eastAsia="Times New Roman" w:cs="Times New Roman"/>
          <w:b/>
          <w:color w:val="586265"/>
          <w:sz w:val="17"/>
        </w:rPr>
        <w:t xml:space="preserve">Правовая основа: </w:t>
      </w:r>
      <w:r>
        <w:rPr>
          <w:rFonts w:ascii="Times New Roman" w:hAnsi="Times New Roman" w:eastAsia="Times New Roman" w:cs="Times New Roman"/>
          <w:color w:val="586265"/>
          <w:sz w:val="17"/>
        </w:rPr>
        <w:t>статьи 611, 612 и 622 ГК РФ — при использовании описи в отношениях аренды. Форма проверена по состоянию на 31.07.2026. Шаблон не заменяет договор, обязательные требования и консультацию специалиста для спорной или нестандартной ситуации.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 w:cs="Times New Roman"/>
        <w:color w:val="586265"/>
        <w:sz w:val="16"/>
      </w:rPr>
      <w:t>prozrachno.app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 w:cs="Times New Roman"/>
        <w:b/>
        <w:color w:val="586265"/>
        <w:sz w:val="15"/>
      </w:rPr>
      <w:t>ПРОЗРАЧНО · БИБЛИОТЕКА ДОКУМЕНТОВ ОБ АРЕНДЕ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76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82536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82536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Опись имущества</dc:title>
  <dc:subject>Оригинальный образец акта для отношений найма и аренды</dc:subject>
  <dc:creator>Прозрачно</dc:creator>
  <cp:keywords>аренда, найм, акт, передача, возврат, Прозрачно</cp:keywords>
  <dc:description/>
  <cp:lastModifiedBy>Прозрачно</cp:lastModifiedBy>
  <cp:revision>1</cp:revision>
  <dcterms:created xsi:type="dcterms:W3CDTF">2013-12-23T23:15:00Z</dcterms:created>
  <dcterms:modified xsi:type="dcterms:W3CDTF">2013-12-23T23:15:00Z</dcterms:modified>
  <cp:category/>
</cp:coreProperties>
</file>